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8819C" w14:textId="77777777" w:rsidR="005E1C80" w:rsidRPr="004C4620" w:rsidRDefault="00000000">
      <w:pPr>
        <w:jc w:val="center"/>
        <w:rPr>
          <w:lang w:val="es-MX"/>
        </w:rPr>
      </w:pPr>
      <w:r w:rsidRPr="004C4620">
        <w:rPr>
          <w:b/>
          <w:sz w:val="36"/>
          <w:lang w:val="es-MX"/>
        </w:rPr>
        <w:t>ERICK ENRIQUE DE LA VEGA MEZA</w:t>
      </w:r>
    </w:p>
    <w:p w14:paraId="77F1393A" w14:textId="77777777" w:rsidR="005E1C80" w:rsidRPr="004C4620" w:rsidRDefault="00000000">
      <w:pPr>
        <w:jc w:val="center"/>
        <w:rPr>
          <w:lang w:val="es-MX"/>
        </w:rPr>
      </w:pPr>
      <w:r w:rsidRPr="004C4620">
        <w:rPr>
          <w:b/>
          <w:sz w:val="20"/>
          <w:lang w:val="es-MX"/>
        </w:rPr>
        <w:t>INGENIERO EN PESQUERÍAS · COORDINADOR ESTATAL DE TORNEOS DE PESCA DEPORTIVA</w:t>
      </w:r>
    </w:p>
    <w:p w14:paraId="7C2D5410" w14:textId="26AC8BEA" w:rsidR="005E1C80" w:rsidRPr="004C4620" w:rsidRDefault="00000000">
      <w:pPr>
        <w:jc w:val="center"/>
        <w:rPr>
          <w:lang w:val="es-MX"/>
        </w:rPr>
      </w:pPr>
      <w:r w:rsidRPr="004C4620">
        <w:rPr>
          <w:sz w:val="18"/>
          <w:lang w:val="es-MX"/>
        </w:rPr>
        <w:t xml:space="preserve">La Paz, Baja California Sur, </w:t>
      </w:r>
      <w:r w:rsidR="004207AE" w:rsidRPr="004C4620">
        <w:rPr>
          <w:sz w:val="18"/>
          <w:lang w:val="es-MX"/>
        </w:rPr>
        <w:t>México | 612</w:t>
      </w:r>
      <w:r w:rsidRPr="004C4620">
        <w:rPr>
          <w:sz w:val="18"/>
          <w:lang w:val="es-MX"/>
        </w:rPr>
        <w:t xml:space="preserve"> 159 </w:t>
      </w:r>
      <w:r w:rsidR="004207AE" w:rsidRPr="004C4620">
        <w:rPr>
          <w:sz w:val="18"/>
          <w:lang w:val="es-MX"/>
        </w:rPr>
        <w:t>1973 | eedm1984@gmail.com</w:t>
      </w:r>
    </w:p>
    <w:p w14:paraId="71FEDC86" w14:textId="77777777" w:rsidR="005E1C80" w:rsidRDefault="00000000">
      <w:pPr>
        <w:spacing w:before="140" w:after="60"/>
        <w:rPr>
          <w:b/>
          <w:sz w:val="22"/>
          <w:lang w:val="es-MX"/>
        </w:rPr>
      </w:pPr>
      <w:r w:rsidRPr="004C4620">
        <w:rPr>
          <w:b/>
          <w:sz w:val="22"/>
          <w:lang w:val="es-MX"/>
        </w:rPr>
        <w:t>PERFIL PROFESIONAL</w:t>
      </w:r>
    </w:p>
    <w:p w14:paraId="6951DE9B" w14:textId="77777777" w:rsidR="004C4620" w:rsidRPr="004C4620" w:rsidRDefault="004C4620">
      <w:pPr>
        <w:spacing w:before="140" w:after="60"/>
        <w:rPr>
          <w:lang w:val="es-MX"/>
        </w:rPr>
      </w:pPr>
    </w:p>
    <w:p w14:paraId="595F047A" w14:textId="77777777" w:rsidR="005E1C80" w:rsidRPr="004C4620" w:rsidRDefault="00000000">
      <w:pPr>
        <w:spacing w:after="80"/>
        <w:rPr>
          <w:lang w:val="es-MX"/>
        </w:rPr>
      </w:pPr>
      <w:r w:rsidRPr="004C4620">
        <w:rPr>
          <w:lang w:val="es-MX"/>
        </w:rPr>
        <w:t>Ingeniero en Pesquerías con experiencia en coordinación, organización y seguimiento de torneos de pesca deportiva, así como en actividades administrativas y de gestión. Actualmente se desempeña como Coordinador Estatal de Torneos de Pesca Deportiva del FONMAR, participando en la planeación, logística, coordinación y seguimiento de eventos de pesca deportiva en Baja California Sur. Cuenta además con experiencia en investigación pesquera, relaciones laborales, coordinación de actividades y manejo de herramientas informáticas.</w:t>
      </w:r>
    </w:p>
    <w:p w14:paraId="2D3BA9A4" w14:textId="04D5BD13" w:rsidR="005E1C80" w:rsidRPr="004C4620" w:rsidRDefault="00000000">
      <w:pPr>
        <w:spacing w:before="140" w:after="60"/>
        <w:rPr>
          <w:lang w:val="es-MX"/>
        </w:rPr>
      </w:pPr>
      <w:r w:rsidRPr="004C4620">
        <w:rPr>
          <w:b/>
          <w:sz w:val="22"/>
          <w:lang w:val="es-MX"/>
        </w:rPr>
        <w:t>EXPERIENCIA LABORAL</w:t>
      </w:r>
    </w:p>
    <w:p w14:paraId="64E7D2F1" w14:textId="79D6758E" w:rsidR="005E1C80" w:rsidRPr="004C4620" w:rsidRDefault="00000000">
      <w:pPr>
        <w:rPr>
          <w:lang w:val="es-MX"/>
        </w:rPr>
      </w:pPr>
      <w:r w:rsidRPr="004C4620">
        <w:rPr>
          <w:b/>
          <w:lang w:val="es-MX"/>
        </w:rPr>
        <w:t xml:space="preserve">FONMAR – Asesor </w:t>
      </w:r>
      <w:r w:rsidR="004207AE" w:rsidRPr="004C4620">
        <w:rPr>
          <w:b/>
          <w:lang w:val="es-MX"/>
        </w:rPr>
        <w:t>Pesquero</w:t>
      </w:r>
      <w:r w:rsidR="004207AE" w:rsidRPr="004C4620">
        <w:rPr>
          <w:lang w:val="es-MX"/>
        </w:rPr>
        <w:t xml:space="preserve"> | Baja</w:t>
      </w:r>
      <w:r w:rsidRPr="004C4620">
        <w:rPr>
          <w:lang w:val="es-MX"/>
        </w:rPr>
        <w:t xml:space="preserve"> California Sur · 2010 – 2024</w:t>
      </w:r>
    </w:p>
    <w:p w14:paraId="2C9443A4" w14:textId="77777777" w:rsidR="005E1C80" w:rsidRPr="004C4620" w:rsidRDefault="00000000">
      <w:pPr>
        <w:spacing w:after="20"/>
        <w:ind w:left="259"/>
        <w:rPr>
          <w:lang w:val="es-MX"/>
        </w:rPr>
      </w:pPr>
      <w:r w:rsidRPr="004C4620">
        <w:rPr>
          <w:lang w:val="es-MX"/>
        </w:rPr>
        <w:t>• Coordinación y seguimiento de trámites, documentación y actividades operativas.</w:t>
      </w:r>
    </w:p>
    <w:p w14:paraId="4EF3A71F" w14:textId="77777777" w:rsidR="005E1C80" w:rsidRPr="004C4620" w:rsidRDefault="00000000">
      <w:pPr>
        <w:spacing w:after="20"/>
        <w:ind w:left="259"/>
        <w:rPr>
          <w:lang w:val="es-MX"/>
        </w:rPr>
      </w:pPr>
      <w:r w:rsidRPr="004C4620">
        <w:rPr>
          <w:lang w:val="es-MX"/>
        </w:rPr>
        <w:t>• Apoyo en la organización y desarrollo de actividades y eventos de pesca deportiva.</w:t>
      </w:r>
    </w:p>
    <w:p w14:paraId="745F211B" w14:textId="77777777" w:rsidR="005E1C80" w:rsidRPr="004C4620" w:rsidRDefault="00000000">
      <w:pPr>
        <w:spacing w:after="20"/>
        <w:ind w:left="259"/>
        <w:rPr>
          <w:lang w:val="es-MX"/>
        </w:rPr>
      </w:pPr>
      <w:r w:rsidRPr="004C4620">
        <w:rPr>
          <w:lang w:val="es-MX"/>
        </w:rPr>
        <w:t>• Asesoría y seguimiento de actividades relacionadas con el sector pesquero.</w:t>
      </w:r>
    </w:p>
    <w:p w14:paraId="510CB290" w14:textId="77777777" w:rsidR="004C4620" w:rsidRPr="004C4620" w:rsidRDefault="004C4620">
      <w:pPr>
        <w:spacing w:after="20"/>
        <w:rPr>
          <w:b/>
          <w:lang w:val="es-MX"/>
        </w:rPr>
      </w:pPr>
    </w:p>
    <w:p w14:paraId="008608A4" w14:textId="62D89BCE" w:rsidR="005E1C80" w:rsidRPr="004C4620" w:rsidRDefault="00000000">
      <w:pPr>
        <w:spacing w:after="20"/>
        <w:rPr>
          <w:lang w:val="es-MX"/>
        </w:rPr>
      </w:pPr>
      <w:r w:rsidRPr="004C4620">
        <w:rPr>
          <w:b/>
          <w:lang w:val="es-MX"/>
        </w:rPr>
        <w:t xml:space="preserve">FONMAR – Coordinador Estatal de Torneos de Pesca </w:t>
      </w:r>
      <w:r w:rsidR="004207AE" w:rsidRPr="004C4620">
        <w:rPr>
          <w:b/>
          <w:lang w:val="es-MX"/>
        </w:rPr>
        <w:t>Deportiva</w:t>
      </w:r>
      <w:r w:rsidR="004207AE" w:rsidRPr="004C4620">
        <w:rPr>
          <w:lang w:val="es-MX"/>
        </w:rPr>
        <w:t xml:space="preserve"> | Baja</w:t>
      </w:r>
      <w:r w:rsidRPr="004C4620">
        <w:rPr>
          <w:lang w:val="es-MX"/>
        </w:rPr>
        <w:t xml:space="preserve"> California Sur · 2025 – Actualmente</w:t>
      </w:r>
    </w:p>
    <w:p w14:paraId="63C8DC26" w14:textId="77777777" w:rsidR="004C4620" w:rsidRDefault="004C4620">
      <w:pPr>
        <w:spacing w:after="20"/>
        <w:ind w:left="259" w:hanging="173"/>
        <w:rPr>
          <w:b/>
          <w:lang w:val="es-MX"/>
        </w:rPr>
      </w:pPr>
    </w:p>
    <w:p w14:paraId="31062A8F" w14:textId="6F2B1B72" w:rsidR="005E1C80" w:rsidRPr="004C4620" w:rsidRDefault="00000000">
      <w:pPr>
        <w:spacing w:after="20"/>
        <w:ind w:left="259" w:hanging="173"/>
        <w:rPr>
          <w:lang w:val="es-MX"/>
        </w:rPr>
      </w:pPr>
      <w:r w:rsidRPr="004C4620">
        <w:rPr>
          <w:b/>
          <w:lang w:val="es-MX"/>
        </w:rPr>
        <w:t xml:space="preserve">• </w:t>
      </w:r>
      <w:r w:rsidRPr="004C4620">
        <w:rPr>
          <w:lang w:val="es-MX"/>
        </w:rPr>
        <w:t>Coordinación y seguimiento de torneos de pesca deportiva en el estado.</w:t>
      </w:r>
    </w:p>
    <w:p w14:paraId="549B8584" w14:textId="77777777" w:rsidR="005E1C80" w:rsidRPr="004C4620" w:rsidRDefault="00000000">
      <w:pPr>
        <w:spacing w:after="20"/>
        <w:ind w:left="259" w:hanging="173"/>
        <w:rPr>
          <w:lang w:val="es-MX"/>
        </w:rPr>
      </w:pPr>
      <w:r w:rsidRPr="004C4620">
        <w:rPr>
          <w:b/>
          <w:lang w:val="es-MX"/>
        </w:rPr>
        <w:t xml:space="preserve">• </w:t>
      </w:r>
      <w:r w:rsidRPr="004C4620">
        <w:rPr>
          <w:lang w:val="es-MX"/>
        </w:rPr>
        <w:t>Planeación y organización de actividades relacionadas con torneos de pesca deportiva.</w:t>
      </w:r>
    </w:p>
    <w:p w14:paraId="6D5E0EED" w14:textId="77777777" w:rsidR="005E1C80" w:rsidRPr="004C4620" w:rsidRDefault="00000000">
      <w:pPr>
        <w:spacing w:after="20"/>
        <w:ind w:left="259" w:hanging="173"/>
        <w:rPr>
          <w:lang w:val="es-MX"/>
        </w:rPr>
      </w:pPr>
      <w:r w:rsidRPr="004C4620">
        <w:rPr>
          <w:b/>
          <w:lang w:val="es-MX"/>
        </w:rPr>
        <w:t xml:space="preserve">• </w:t>
      </w:r>
      <w:r w:rsidRPr="004C4620">
        <w:rPr>
          <w:lang w:val="es-MX"/>
        </w:rPr>
        <w:t>Coordinación de aspectos logísticos, operativos y administrativos de los eventos.</w:t>
      </w:r>
    </w:p>
    <w:p w14:paraId="4C6F86E5" w14:textId="77777777" w:rsidR="005E1C80" w:rsidRPr="004C4620" w:rsidRDefault="00000000">
      <w:pPr>
        <w:spacing w:after="20"/>
        <w:ind w:left="259" w:hanging="173"/>
        <w:rPr>
          <w:lang w:val="es-MX"/>
        </w:rPr>
      </w:pPr>
      <w:r w:rsidRPr="004C4620">
        <w:rPr>
          <w:b/>
          <w:lang w:val="es-MX"/>
        </w:rPr>
        <w:t xml:space="preserve">• </w:t>
      </w:r>
      <w:r w:rsidRPr="004C4620">
        <w:rPr>
          <w:lang w:val="es-MX"/>
        </w:rPr>
        <w:t>Seguimiento de convocatorias, reglamentos, comités organizadores, registros y documentación de torneos.</w:t>
      </w:r>
    </w:p>
    <w:p w14:paraId="6D96CF23" w14:textId="77777777" w:rsidR="005E1C80" w:rsidRPr="004C4620" w:rsidRDefault="00000000">
      <w:pPr>
        <w:spacing w:after="20"/>
        <w:ind w:left="259" w:hanging="173"/>
        <w:rPr>
          <w:lang w:val="es-MX"/>
        </w:rPr>
      </w:pPr>
      <w:r w:rsidRPr="004C4620">
        <w:rPr>
          <w:b/>
          <w:lang w:val="es-MX"/>
        </w:rPr>
        <w:t xml:space="preserve">• </w:t>
      </w:r>
      <w:r w:rsidRPr="004C4620">
        <w:rPr>
          <w:lang w:val="es-MX"/>
        </w:rPr>
        <w:t>Coordinación con organizadores, participantes, autoridades y proveedores para el desarrollo de los eventos.</w:t>
      </w:r>
    </w:p>
    <w:p w14:paraId="4D956AA6" w14:textId="77777777" w:rsidR="005E1C80" w:rsidRPr="004C4620" w:rsidRDefault="00000000">
      <w:pPr>
        <w:spacing w:after="20"/>
        <w:ind w:left="259" w:hanging="173"/>
        <w:rPr>
          <w:lang w:val="es-MX"/>
        </w:rPr>
      </w:pPr>
      <w:r w:rsidRPr="004C4620">
        <w:rPr>
          <w:b/>
          <w:lang w:val="es-MX"/>
        </w:rPr>
        <w:t xml:space="preserve">• </w:t>
      </w:r>
      <w:r w:rsidRPr="004C4620">
        <w:rPr>
          <w:lang w:val="es-MX"/>
        </w:rPr>
        <w:t>Elaboración y seguimiento de reportes, expedientes, presupuestos y documentación relacionada con los torneos.</w:t>
      </w:r>
    </w:p>
    <w:p w14:paraId="782942BC" w14:textId="77777777" w:rsidR="005E1C80" w:rsidRPr="004C4620" w:rsidRDefault="00000000">
      <w:pPr>
        <w:spacing w:after="20"/>
        <w:ind w:left="259" w:hanging="173"/>
        <w:rPr>
          <w:lang w:val="es-MX"/>
        </w:rPr>
      </w:pPr>
      <w:r w:rsidRPr="004C4620">
        <w:rPr>
          <w:b/>
          <w:lang w:val="es-MX"/>
        </w:rPr>
        <w:t xml:space="preserve">• </w:t>
      </w:r>
      <w:r w:rsidRPr="004C4620">
        <w:rPr>
          <w:lang w:val="es-MX"/>
        </w:rPr>
        <w:t>Apoyo en la logística de eventos de pesca de orilla y pesca de altamar.</w:t>
      </w:r>
    </w:p>
    <w:p w14:paraId="37AC157A" w14:textId="77777777" w:rsidR="004C4620" w:rsidRDefault="004C4620">
      <w:pPr>
        <w:spacing w:before="80"/>
        <w:rPr>
          <w:b/>
          <w:lang w:val="es-MX"/>
        </w:rPr>
      </w:pPr>
    </w:p>
    <w:p w14:paraId="61F21DBB" w14:textId="060A061C" w:rsidR="005E1C80" w:rsidRPr="004C4620" w:rsidRDefault="00000000">
      <w:pPr>
        <w:spacing w:before="80"/>
        <w:rPr>
          <w:lang w:val="es-MX"/>
        </w:rPr>
      </w:pPr>
      <w:r w:rsidRPr="004C4620">
        <w:rPr>
          <w:b/>
          <w:lang w:val="es-MX"/>
        </w:rPr>
        <w:t xml:space="preserve">Secretaría de Educación Pública – Coordinador de la aplicación del examen </w:t>
      </w:r>
      <w:r w:rsidR="004207AE" w:rsidRPr="004C4620">
        <w:rPr>
          <w:b/>
          <w:lang w:val="es-MX"/>
        </w:rPr>
        <w:t>ENLACE</w:t>
      </w:r>
      <w:r w:rsidR="004207AE" w:rsidRPr="004C4620">
        <w:rPr>
          <w:lang w:val="es-MX"/>
        </w:rPr>
        <w:t xml:space="preserve"> | 2009</w:t>
      </w:r>
    </w:p>
    <w:p w14:paraId="206B7D74" w14:textId="77777777" w:rsidR="005E1C80" w:rsidRPr="004C4620" w:rsidRDefault="00000000">
      <w:pPr>
        <w:rPr>
          <w:lang w:val="es-MX"/>
        </w:rPr>
      </w:pPr>
      <w:r w:rsidRPr="004C4620">
        <w:rPr>
          <w:lang w:val="es-MX"/>
        </w:rPr>
        <w:t>• Coordinación de actividades relacionadas con la aplicación del examen ENLACE.</w:t>
      </w:r>
    </w:p>
    <w:p w14:paraId="56B8A1E8" w14:textId="70ED2332" w:rsidR="005E1C80" w:rsidRPr="004C4620" w:rsidRDefault="00000000">
      <w:pPr>
        <w:rPr>
          <w:lang w:val="es-MX"/>
        </w:rPr>
      </w:pPr>
      <w:r w:rsidRPr="004C4620">
        <w:rPr>
          <w:b/>
          <w:lang w:val="es-MX"/>
        </w:rPr>
        <w:t xml:space="preserve">Asesor en relaciones </w:t>
      </w:r>
      <w:r w:rsidR="004207AE" w:rsidRPr="004C4620">
        <w:rPr>
          <w:b/>
          <w:lang w:val="es-MX"/>
        </w:rPr>
        <w:t>laborales</w:t>
      </w:r>
      <w:r w:rsidR="004207AE" w:rsidRPr="004C4620">
        <w:rPr>
          <w:lang w:val="es-MX"/>
        </w:rPr>
        <w:t xml:space="preserve"> | 2008</w:t>
      </w:r>
      <w:r w:rsidRPr="004C4620">
        <w:rPr>
          <w:lang w:val="es-MX"/>
        </w:rPr>
        <w:t>–2009</w:t>
      </w:r>
    </w:p>
    <w:p w14:paraId="04282829" w14:textId="77777777" w:rsidR="005E1C80" w:rsidRPr="004C4620" w:rsidRDefault="00000000">
      <w:pPr>
        <w:spacing w:after="20"/>
        <w:ind w:left="259"/>
        <w:rPr>
          <w:lang w:val="es-MX"/>
        </w:rPr>
      </w:pPr>
      <w:r w:rsidRPr="004C4620">
        <w:rPr>
          <w:lang w:val="es-MX"/>
        </w:rPr>
        <w:t>• Elaboración de Reglamentos Interiores de Trabajo para distintas empresas.</w:t>
      </w:r>
    </w:p>
    <w:p w14:paraId="13996F6F" w14:textId="77777777" w:rsidR="005E1C80" w:rsidRPr="004C4620" w:rsidRDefault="00000000">
      <w:pPr>
        <w:spacing w:after="20"/>
        <w:ind w:left="259"/>
        <w:rPr>
          <w:lang w:val="es-MX"/>
        </w:rPr>
      </w:pPr>
      <w:r w:rsidRPr="004C4620">
        <w:rPr>
          <w:lang w:val="es-MX"/>
        </w:rPr>
        <w:t>• Asesoría a trabajadores en materia de seguridad e higiene en el centro de trabajo.</w:t>
      </w:r>
    </w:p>
    <w:p w14:paraId="0054B431" w14:textId="77777777" w:rsidR="005E1C80" w:rsidRPr="004C4620" w:rsidRDefault="00000000">
      <w:pPr>
        <w:spacing w:after="20"/>
        <w:ind w:left="259"/>
        <w:rPr>
          <w:lang w:val="es-MX"/>
        </w:rPr>
      </w:pPr>
      <w:r w:rsidRPr="004C4620">
        <w:rPr>
          <w:lang w:val="es-MX"/>
        </w:rPr>
        <w:t>• Elaboración de contratos de trabajo y actas administrativas.</w:t>
      </w:r>
    </w:p>
    <w:p w14:paraId="7D34B9CB" w14:textId="77777777" w:rsidR="004C4620" w:rsidRDefault="004C4620">
      <w:pPr>
        <w:rPr>
          <w:b/>
          <w:lang w:val="es-MX"/>
        </w:rPr>
      </w:pPr>
    </w:p>
    <w:p w14:paraId="4C917E7D" w14:textId="704CE9AD" w:rsidR="005E1C80" w:rsidRPr="004C4620" w:rsidRDefault="00000000">
      <w:pPr>
        <w:rPr>
          <w:lang w:val="es-MX"/>
        </w:rPr>
      </w:pPr>
      <w:r w:rsidRPr="004C4620">
        <w:rPr>
          <w:b/>
          <w:lang w:val="es-MX"/>
        </w:rPr>
        <w:t xml:space="preserve">Centro de Investigaciones Biológicas del Noroeste, S.C. (CIBNOR) – Servicios </w:t>
      </w:r>
      <w:r w:rsidR="004207AE" w:rsidRPr="004C4620">
        <w:rPr>
          <w:b/>
          <w:lang w:val="es-MX"/>
        </w:rPr>
        <w:t>profesionales</w:t>
      </w:r>
      <w:r w:rsidR="004207AE" w:rsidRPr="004C4620">
        <w:rPr>
          <w:lang w:val="es-MX"/>
        </w:rPr>
        <w:t xml:space="preserve"> | 2007</w:t>
      </w:r>
      <w:r w:rsidRPr="004C4620">
        <w:rPr>
          <w:lang w:val="es-MX"/>
        </w:rPr>
        <w:t>–2008</w:t>
      </w:r>
    </w:p>
    <w:p w14:paraId="04AE4E38" w14:textId="77777777" w:rsidR="005E1C80" w:rsidRPr="004C4620" w:rsidRDefault="00000000">
      <w:pPr>
        <w:rPr>
          <w:lang w:val="es-MX"/>
        </w:rPr>
      </w:pPr>
      <w:r w:rsidRPr="004C4620">
        <w:rPr>
          <w:lang w:val="es-MX"/>
        </w:rPr>
        <w:t>• Participación en el proyecto “Distribución, abundancia y evaluación del potencial pesquero de la ictiofauna béntico-demersal de la plataforma occidental de la costa occidental de la península de Baja California Sur”.</w:t>
      </w:r>
    </w:p>
    <w:p w14:paraId="2C40EE22" w14:textId="77777777" w:rsidR="004C4620" w:rsidRDefault="004C4620">
      <w:pPr>
        <w:spacing w:before="140" w:after="60"/>
        <w:rPr>
          <w:b/>
          <w:sz w:val="22"/>
          <w:lang w:val="es-MX"/>
        </w:rPr>
      </w:pPr>
    </w:p>
    <w:p w14:paraId="56ACA5B8" w14:textId="77777777" w:rsidR="004C4620" w:rsidRDefault="004C4620">
      <w:pPr>
        <w:spacing w:before="140" w:after="60"/>
        <w:rPr>
          <w:b/>
          <w:sz w:val="22"/>
          <w:lang w:val="es-MX"/>
        </w:rPr>
      </w:pPr>
    </w:p>
    <w:p w14:paraId="1975FAA4" w14:textId="77777777" w:rsidR="004C4620" w:rsidRDefault="004C4620">
      <w:pPr>
        <w:spacing w:before="140" w:after="60"/>
        <w:rPr>
          <w:b/>
          <w:sz w:val="22"/>
          <w:lang w:val="es-MX"/>
        </w:rPr>
      </w:pPr>
    </w:p>
    <w:p w14:paraId="2178D02B" w14:textId="77777777" w:rsidR="004C4620" w:rsidRDefault="004C4620">
      <w:pPr>
        <w:spacing w:before="140" w:after="60"/>
        <w:rPr>
          <w:b/>
          <w:sz w:val="22"/>
          <w:lang w:val="es-MX"/>
        </w:rPr>
      </w:pPr>
    </w:p>
    <w:p w14:paraId="2DFB5CD0" w14:textId="5E1D34A0" w:rsidR="005E1C80" w:rsidRPr="004C4620" w:rsidRDefault="00000000">
      <w:pPr>
        <w:spacing w:before="140" w:after="60"/>
        <w:rPr>
          <w:lang w:val="es-MX"/>
        </w:rPr>
      </w:pPr>
      <w:r w:rsidRPr="004C4620">
        <w:rPr>
          <w:b/>
          <w:sz w:val="22"/>
          <w:lang w:val="es-MX"/>
        </w:rPr>
        <w:t>FORMACIÓN ACADÉMICA</w:t>
      </w:r>
    </w:p>
    <w:p w14:paraId="748EF37D" w14:textId="77777777" w:rsidR="004C4620" w:rsidRDefault="004C4620">
      <w:pPr>
        <w:rPr>
          <w:b/>
          <w:lang w:val="es-MX"/>
        </w:rPr>
      </w:pPr>
    </w:p>
    <w:p w14:paraId="1F246052" w14:textId="06ECC38B" w:rsidR="005E1C80" w:rsidRPr="004C4620" w:rsidRDefault="00000000">
      <w:pPr>
        <w:rPr>
          <w:lang w:val="es-MX"/>
        </w:rPr>
      </w:pPr>
      <w:r w:rsidRPr="004C4620">
        <w:rPr>
          <w:b/>
          <w:lang w:val="es-MX"/>
        </w:rPr>
        <w:t xml:space="preserve">Universidad Autónoma de Baja California </w:t>
      </w:r>
      <w:r w:rsidR="004207AE" w:rsidRPr="004C4620">
        <w:rPr>
          <w:b/>
          <w:lang w:val="es-MX"/>
        </w:rPr>
        <w:t>Sur</w:t>
      </w:r>
      <w:r w:rsidR="004207AE" w:rsidRPr="004C4620">
        <w:rPr>
          <w:lang w:val="es-MX"/>
        </w:rPr>
        <w:t xml:space="preserve"> | 2001</w:t>
      </w:r>
      <w:r w:rsidRPr="004C4620">
        <w:rPr>
          <w:lang w:val="es-MX"/>
        </w:rPr>
        <w:t>–2006</w:t>
      </w:r>
      <w:r w:rsidRPr="004C4620">
        <w:rPr>
          <w:lang w:val="es-MX"/>
        </w:rPr>
        <w:br/>
        <w:t xml:space="preserve">Ingeniero en Pesquerías · </w:t>
      </w:r>
      <w:r w:rsidR="004C4620">
        <w:rPr>
          <w:lang w:val="es-MX"/>
        </w:rPr>
        <w:t>Titulado</w:t>
      </w:r>
    </w:p>
    <w:p w14:paraId="518FEB93" w14:textId="0585D13B" w:rsidR="005E1C80" w:rsidRPr="004C4620" w:rsidRDefault="00000000">
      <w:pPr>
        <w:rPr>
          <w:lang w:val="es-MX"/>
        </w:rPr>
      </w:pPr>
      <w:r w:rsidRPr="004C4620">
        <w:rPr>
          <w:b/>
          <w:lang w:val="es-MX"/>
        </w:rPr>
        <w:t xml:space="preserve">Centro de Bachillerato Tecnológico Industrial y de Servicios No. </w:t>
      </w:r>
      <w:r w:rsidR="004207AE" w:rsidRPr="004C4620">
        <w:rPr>
          <w:b/>
          <w:lang w:val="es-MX"/>
        </w:rPr>
        <w:t>230</w:t>
      </w:r>
      <w:r w:rsidR="004207AE" w:rsidRPr="004C4620">
        <w:rPr>
          <w:lang w:val="es-MX"/>
        </w:rPr>
        <w:t xml:space="preserve"> | 1998</w:t>
      </w:r>
      <w:r w:rsidRPr="004C4620">
        <w:rPr>
          <w:lang w:val="es-MX"/>
        </w:rPr>
        <w:t>–2001</w:t>
      </w:r>
      <w:r w:rsidRPr="004C4620">
        <w:rPr>
          <w:lang w:val="es-MX"/>
        </w:rPr>
        <w:br/>
        <w:t>Técnico en Construcción · Certificado</w:t>
      </w:r>
    </w:p>
    <w:p w14:paraId="194D52AD" w14:textId="77777777" w:rsidR="005E1C80" w:rsidRPr="004C4620" w:rsidRDefault="00000000">
      <w:pPr>
        <w:spacing w:before="140" w:after="60"/>
        <w:rPr>
          <w:lang w:val="es-MX"/>
        </w:rPr>
      </w:pPr>
      <w:r w:rsidRPr="004C4620">
        <w:rPr>
          <w:b/>
          <w:sz w:val="22"/>
          <w:lang w:val="es-MX"/>
        </w:rPr>
        <w:t>HABILIDADES</w:t>
      </w:r>
    </w:p>
    <w:p w14:paraId="46697C62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Coordinación y administración de actividades y eventos.</w:t>
      </w:r>
    </w:p>
    <w:p w14:paraId="57D584A8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Organización y seguimiento de proyectos.</w:t>
      </w:r>
    </w:p>
    <w:p w14:paraId="354EFEB1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Trabajo individual y en equipo.</w:t>
      </w:r>
    </w:p>
    <w:p w14:paraId="328DA817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Rápido aprendizaje y adaptación.</w:t>
      </w:r>
    </w:p>
    <w:p w14:paraId="7F764162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Planeación y seguimiento logístico.</w:t>
      </w:r>
    </w:p>
    <w:p w14:paraId="76B7544B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Manejo de Microsoft Office.</w:t>
      </w:r>
    </w:p>
    <w:p w14:paraId="7229BFA6" w14:textId="77777777" w:rsidR="005E1C80" w:rsidRPr="004C4620" w:rsidRDefault="00000000">
      <w:pPr>
        <w:spacing w:before="140" w:after="60"/>
        <w:rPr>
          <w:lang w:val="es-MX"/>
        </w:rPr>
      </w:pPr>
      <w:r w:rsidRPr="004C4620">
        <w:rPr>
          <w:b/>
          <w:sz w:val="22"/>
          <w:lang w:val="es-MX"/>
        </w:rPr>
        <w:t>COMPUTACIÓN</w:t>
      </w:r>
    </w:p>
    <w:p w14:paraId="46AA2DA1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Paquete Microsoft Office.</w:t>
      </w:r>
    </w:p>
    <w:p w14:paraId="09A549BD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Curso de uso y aplicación del programa SURFER para Windows, versión 8.0.</w:t>
      </w:r>
    </w:p>
    <w:p w14:paraId="250A9FBE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Uso y aplicación de AutoCAD.</w:t>
      </w:r>
    </w:p>
    <w:p w14:paraId="239F0BD3" w14:textId="77777777" w:rsidR="005E1C80" w:rsidRPr="004C4620" w:rsidRDefault="00000000">
      <w:pPr>
        <w:spacing w:before="140" w:after="60"/>
        <w:rPr>
          <w:lang w:val="es-MX"/>
        </w:rPr>
      </w:pPr>
      <w:r w:rsidRPr="004C4620">
        <w:rPr>
          <w:b/>
          <w:sz w:val="22"/>
          <w:lang w:val="es-MX"/>
        </w:rPr>
        <w:t>IDIOMAS</w:t>
      </w:r>
    </w:p>
    <w:p w14:paraId="2795624A" w14:textId="36D400AF" w:rsidR="005E1C80" w:rsidRPr="004C4620" w:rsidRDefault="00000000">
      <w:pPr>
        <w:rPr>
          <w:lang w:val="es-MX"/>
        </w:rPr>
      </w:pPr>
      <w:r w:rsidRPr="004C4620">
        <w:rPr>
          <w:lang w:val="es-MX"/>
        </w:rPr>
        <w:t xml:space="preserve">• </w:t>
      </w:r>
      <w:r w:rsidR="004207AE" w:rsidRPr="004C4620">
        <w:rPr>
          <w:lang w:val="es-MX"/>
        </w:rPr>
        <w:t>inglés</w:t>
      </w:r>
      <w:r w:rsidRPr="004C4620">
        <w:rPr>
          <w:lang w:val="es-MX"/>
        </w:rPr>
        <w:t>: curso en la Universidad Autónoma de Baja California Sur hasta 3.er nivel.</w:t>
      </w:r>
    </w:p>
    <w:p w14:paraId="28E8730C" w14:textId="77777777" w:rsidR="005E1C80" w:rsidRPr="004C4620" w:rsidRDefault="00000000">
      <w:pPr>
        <w:spacing w:before="140" w:after="60"/>
        <w:rPr>
          <w:lang w:val="es-MX"/>
        </w:rPr>
      </w:pPr>
      <w:r w:rsidRPr="004C4620">
        <w:rPr>
          <w:b/>
          <w:sz w:val="22"/>
          <w:lang w:val="es-MX"/>
        </w:rPr>
        <w:t>PUBLICACIONES</w:t>
      </w:r>
    </w:p>
    <w:p w14:paraId="789255BE" w14:textId="77777777" w:rsidR="005E1C80" w:rsidRPr="004C4620" w:rsidRDefault="00000000">
      <w:pPr>
        <w:spacing w:after="60"/>
        <w:rPr>
          <w:lang w:val="es-MX"/>
        </w:rPr>
      </w:pPr>
      <w:r w:rsidRPr="004C4620">
        <w:rPr>
          <w:lang w:val="es-MX"/>
        </w:rPr>
        <w:t xml:space="preserve">• J. Rodríguez-Romero, D. S. Palacios-Salgado, E. E. De la Vega-Meza, 2008. </w:t>
      </w:r>
      <w:r>
        <w:t xml:space="preserve">“Record size of yellowfin mojarra Gerres cinereus (Percoidei: Gerreidae) off the west coast of the Baja California Peninsula”. </w:t>
      </w:r>
      <w:r w:rsidRPr="004C4620">
        <w:rPr>
          <w:lang w:val="es-MX"/>
        </w:rPr>
        <w:t>JMBA2 – Biodiversity Records. Published on-line.</w:t>
      </w:r>
    </w:p>
    <w:p w14:paraId="20F057AE" w14:textId="77777777" w:rsidR="005E1C80" w:rsidRPr="004C4620" w:rsidRDefault="00000000">
      <w:pPr>
        <w:spacing w:after="60"/>
        <w:rPr>
          <w:lang w:val="es-MX"/>
        </w:rPr>
      </w:pPr>
      <w:r w:rsidRPr="004C4620">
        <w:rPr>
          <w:lang w:val="es-MX"/>
        </w:rPr>
        <w:t xml:space="preserve">• J. Rodríguez-Romero, D. S. Palacios-Salgado, E. E. De la Vega-Meza y B. Aguilar Palomino, 2008. </w:t>
      </w:r>
      <w:r>
        <w:t xml:space="preserve">“First reported records of the leopard cusk-eel Lepophidium pardale (Ophidioidei: Ophidiidae) off the west coast of Baja California Sur, Mexico”. </w:t>
      </w:r>
      <w:r w:rsidRPr="004C4620">
        <w:rPr>
          <w:lang w:val="es-MX"/>
        </w:rPr>
        <w:t>Journal of Applied Ichthyology 24 (2008), 635–636.</w:t>
      </w:r>
    </w:p>
    <w:p w14:paraId="3F607937" w14:textId="77777777" w:rsidR="005E1C80" w:rsidRPr="004C4620" w:rsidRDefault="00000000">
      <w:pPr>
        <w:spacing w:before="140" w:after="60"/>
        <w:rPr>
          <w:lang w:val="es-MX"/>
        </w:rPr>
      </w:pPr>
      <w:r w:rsidRPr="004C4620">
        <w:rPr>
          <w:b/>
          <w:sz w:val="22"/>
          <w:lang w:val="es-MX"/>
        </w:rPr>
        <w:t>DATOS PERSONALES</w:t>
      </w:r>
    </w:p>
    <w:p w14:paraId="73170600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Lugar de nacimiento: La Paz, Baja California Sur, México.</w:t>
      </w:r>
    </w:p>
    <w:p w14:paraId="554E11BB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Fecha de nacimiento: 14 de febrero de 1984.</w:t>
      </w:r>
    </w:p>
    <w:p w14:paraId="2F0B03C8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Estado civil: Soltero.</w:t>
      </w:r>
    </w:p>
    <w:p w14:paraId="549CE91F" w14:textId="77777777" w:rsidR="005E1C80" w:rsidRPr="004C4620" w:rsidRDefault="00000000">
      <w:pPr>
        <w:spacing w:after="20"/>
        <w:rPr>
          <w:lang w:val="es-MX"/>
        </w:rPr>
      </w:pPr>
      <w:r w:rsidRPr="004C4620">
        <w:rPr>
          <w:lang w:val="es-MX"/>
        </w:rPr>
        <w:t>• Domicilio: La Paz, Baja California Sur, México.</w:t>
      </w:r>
    </w:p>
    <w:sectPr w:rsidR="005E1C80" w:rsidRPr="004C4620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9955736">
    <w:abstractNumId w:val="8"/>
  </w:num>
  <w:num w:numId="2" w16cid:durableId="529728641">
    <w:abstractNumId w:val="6"/>
  </w:num>
  <w:num w:numId="3" w16cid:durableId="2034071026">
    <w:abstractNumId w:val="5"/>
  </w:num>
  <w:num w:numId="4" w16cid:durableId="1797092808">
    <w:abstractNumId w:val="4"/>
  </w:num>
  <w:num w:numId="5" w16cid:durableId="101413371">
    <w:abstractNumId w:val="7"/>
  </w:num>
  <w:num w:numId="6" w16cid:durableId="1762945851">
    <w:abstractNumId w:val="3"/>
  </w:num>
  <w:num w:numId="7" w16cid:durableId="726221586">
    <w:abstractNumId w:val="2"/>
  </w:num>
  <w:num w:numId="8" w16cid:durableId="1533109859">
    <w:abstractNumId w:val="1"/>
  </w:num>
  <w:num w:numId="9" w16cid:durableId="1156652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07AE"/>
    <w:rsid w:val="004C4620"/>
    <w:rsid w:val="005A6654"/>
    <w:rsid w:val="005E1C8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9CD38A"/>
  <w14:defaultImageDpi w14:val="300"/>
  <w15:docId w15:val="{CF9DDABA-EFBD-4A37-9D77-EA3E7765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622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Erick Enrique De la Vega Meza</cp:lastModifiedBy>
  <cp:revision>3</cp:revision>
  <dcterms:created xsi:type="dcterms:W3CDTF">2026-08-07T17:26:00Z</dcterms:created>
  <dcterms:modified xsi:type="dcterms:W3CDTF">2026-08-07T17:29:00Z</dcterms:modified>
  <cp:category/>
</cp:coreProperties>
</file>